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וגיאוגרפיה של עולמנו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יבשות העולם ואת מושג הכפר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פעולה גלובלית לפעולה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יישוב כפרי ליישוב עירוני ולהבין מושגי יסוד בגידול 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העולם מחובר ומשפיע על עצמו כמו כפר קטן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קניית מוצר דרך האינטרנט מחברה במדינה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צפיפות אוכלוסין גבוהה ושירותים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יוצרת קשרים וחיבורים בין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יישוב כפרי בדרך כלל פחות צפוף מיישוב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אותנו לאירועים במקומות רחוקים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פעולות שהן מקומיות בלבד ואינן משפיעות על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מושג והגדרה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(העולם כמקום מחובר ומשפיע על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(קשור לכל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(קשור לסביבה הקרובה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(יישוב גדול וצפוף עם שירותים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(יישוב קטן שמתבסס בעיקר על חקלאות)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מיני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חמישה חפצים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מאיזו מדינה הגיע כל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לסמן את המדינות על מפת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לחפש קשר בין החפצים והמדינות שנמצאו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מסקנה אחת על הזהות הגלובלית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גלובלית משפיעה או קשורה לכל העולם, ואילו פעולה מקומית קשורה בעיקר לסביבה הקרובה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גלובלית כגון קנייה מחברה בינלאומית, ודוגמה מקומית כגון עזרה לשכן, עם הסבר קצר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יישוב כפרי קטן ומבוסס בעיקר על חקלאות, ויישוב עירוני גדול וצפוף עם שירותים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כפר עולמי עם דוגמה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ומדויק בין כפרי לעירוני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דוגמאות מתאימות המבחינות בין גלובלי למקומי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במפת היבשות לפני המעבר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ההתאמה לדיון קצר על דוגמאות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בקול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וגיאוגרפיה של עולמנו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 יסוד בגיאוגרפיה: יבשות העולם, הרעיון של הכפר העולמי, ההבדל בין גלובלי למקומי, וההבדל בין יישוב כפרי לעירוני.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נהוג למנות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יבשת היא הגדולה בעולם בשטחה?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המרכזית של המושג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ומשפיע על עצמו כמו כפר קטן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העולם הוא כפר חקלאי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המדינות בעולם זהות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העולם מחולק לכפרים נפרדים שאינם קשורים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מהפעולות הבאות היא דוגמה לפעולה גלובלית?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מוצר דרך האינטרנט מחברה במדינה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ניקיון החדר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השקיית הגינה הפרטית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הליכה ברגל לבית הספר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בדרך כלל מאפיין יישוב עירוני בהשוואה ליישוב כפרי?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צפיפות אוכלוסין גבוהה ושירותים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שטחים חקלאיים נרחבים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תושבים קטן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תלות עיקרית בחקלאות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היא תהליך שמקרב בין אנשים ומדינות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כפרי מאופיין בדרך כלל בצפיפות אוכלוסין גבוהה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חדשות מהעולם באינטרנט היא דוגמה לקשר לכפר העולמי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פעולה שאנחנו עושים בבית היא בהכרח פעולה גלובלית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הרעיון שהעולם כולו מחובר ומשפיע זה על זה כמו כפר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אסיה, אפריקה ואירופה הן דוגמאות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יישוב __________ מאופיין בחקלאות ובמספר תושבים קטן יחסית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תהליך שבו מדינות ואנשים בעולם הופכים לקשורים ותלויים זה בזה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שינוי במספר התושבים לאורך זמן נקרא __________ אוכלוסייה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מושג והגדרה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כפר 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יישוב גדול וצפוף עם שירותים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העולם כמקום מחובר ומשפיע על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יישוב קטן שמתבסס בעיקר על חקלאות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יישוב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קשור לכל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קשור לסביבה הקרובה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מיני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מאיזו מדינה הגיע כל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את המדינות על מפת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מסקנה אחת על הזהות הגלובלית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חמישה חפצים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קשר בין החפצים והמדינות שנמצאו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פעולה גלובלית לפעולה מקומית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לפעולה גלובלית ואחת לפעולה מקומית,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ההבדל העיקרי בין יישוב כפרי ליישוב עירוני?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כפר עולמי?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יישוב כפרי לעירוני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לפעולה גלובלית ולדוגמה מקומית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עולמי וגיאוגרפיה של עולמנו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