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כפר עולמי וגיאוגרפיה של עולמנו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יבשות העולם ואת מושג הכפר העולמי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פעולה גלובלית לפעולה מקומית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יישוב כפרי ליישוב עירוני ולהבין מושגי יסוד בגידול אוכלוסייה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אסיה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יוצרת קשרים וחיבורים בין מדינות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מחברת אותנו לאירועים במקומות רחוקים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כפר 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יבשות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מושג והגדרה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(העולם כמקום מחובר ומשפיע על עצמו)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(קשור לכל העולם)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(קשור לסביבה הקרובה שלנו)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מיני הפרויקט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חמישה חפצים מהבית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מאיזו מדינה הגיע כל 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לסמן את המדינות על מפת העולם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פעולה גלובלית משפיעה או קשורה לכל העולם, ואילו פעולה מקומית קשורה בעיקר לסביבה הקרובה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יישוב כפרי קטן ומבוסס בעיקר על חקלאות, ויישוב עירוני גדול וצפוף עם שירותים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של כפר עולמי עם דוגמה רלוונטית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 ברור ומדויק בין כפרי לעירוני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 דוגמאות מתאימות המבחינות בין גלובלי למקומי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במפת היבשות לפני המעבר למושגים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חלק ההתאמה לדיון קצר על דוגמאות מהחיים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שיתוף בקול בכיתה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כפר עולמי וגיאוגרפיה של עולמנו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מושגי יסוד בגיאוגרפיה: יבשות העולם, הרעיון של הכפר העולמי, ההבדל בין גלובלי למקומי, וההבדל בין יישוב כפרי לעירוני.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כפר עולמי  ·  יבשות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יבשות נהוג למנות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יבשת היא הגדולה בעולם בשטחה?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אירופה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גלובליזציה היא תהליך שמקרב בין אנשים ומדינות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קריאת חדשות מהעולם באינטרנט היא דוגמה לקשר לכפר העולמי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הוא הרעיון שהעולם כולו מחובר ומשפיע זה על זה כמו כפר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אסיה, אפריקה ואירופה הן דוגמאות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התאמה: מושג והגדרה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כפר עולמי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קשור לכל העולם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גלובלי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קשור לסביבה הקרובה שלנו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מקומי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העולם כמקום מחובר ומשפיע על עצמו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מיני הפרויקט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לסמן את המדינות על מפת העולם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חמישה חפצים מהבית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מאיזו מדינה הגיע כל חפץ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 ההבדל בין פעולה גלובלית לפעולה מקומית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ההבדל העיקרי בין יישוב כפרי ליישוב עירוני?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כפר עולמי?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הבדל אחד בין יישוב כפרי לעירוני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כפר עולמי וגיאוגרפיה של עולמנו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